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0304»</w:t>
      </w:r>
    </w:p>
    <w:p>
      <w:r>
        <w:t>Артикул LD-04862.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LD-04862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LD-04862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LD-04862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