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0297»</w:t>
      </w:r>
    </w:p>
    <w:p>
      <w:r>
        <w:t>Артикул LD-04751.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