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0294»</w:t>
      </w:r>
    </w:p>
    <w:p>
      <w:r>
        <w:t>Артикул LD-04698.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LD-04698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LD-04698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LD-04698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