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0291»</w:t>
      </w:r>
    </w:p>
    <w:p>
      <w:r>
        <w:t>Артикул LD-04646. Исполнение Синяя клетка. Страна производства Китай (CN).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LD-04646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