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0003»</w:t>
      </w:r>
    </w:p>
    <w:p>
      <w:r>
        <w:t>Артикул LD-00046. Исполнение Дуб и синяя полка. Страна производства Китай (CN).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LD-SIDE-TABLE-0003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LD-00046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LD-00046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