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0285»</w:t>
      </w:r>
    </w:p>
    <w:p>
      <w:r>
        <w:t>Артикул LD-04552. Исполнение Дымчато-синий. Страна производства Германия (DE).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LD-COFFEE-GRINDER-0285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LD-04552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LD-04552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LD-04552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