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0285»</w:t>
      </w:r>
    </w:p>
    <w:p>
      <w:r>
        <w:t>Артикул LD-04548. Исполнение Светло-серая керамика. Страна производства Италия (IT).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LD-VASE-0285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LD-04548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