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0284»</w:t>
      </w:r>
    </w:p>
    <w:p>
      <w:r>
        <w:t>Артикул LD-04534. Исполнение Синяя клетка. Страна производства Польша (PL).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LD-04534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