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0283»</w:t>
      </w:r>
    </w:p>
    <w:p>
      <w:r>
        <w:t>Артикул LD-04515. Исполнение Серо-синяя обивка. Страна производства Беларусь (BY).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LD-04515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