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0282»</w:t>
      </w:r>
    </w:p>
    <w:p>
      <w:r>
        <w:t>Артикул LD-04500. Исполнение Светло-серая керамика. Страна производства Беларусь (BY).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LD-04500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