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0278»</w:t>
      </w:r>
    </w:p>
    <w:p>
      <w:r>
        <w:t>Артикул LD-04439. Исполнение Дымчато-синий. Страна производства Канада (CA).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LD-FLOOR-LAMP-0278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LD-04439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LD-04439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LD-04439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