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0276»</w:t>
      </w:r>
    </w:p>
    <w:p>
      <w:r>
        <w:t>Артикул LD-04405.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