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Ваза «Пауза 0272»</w:t>
      </w:r>
    </w:p>
    <w:p>
      <w:r>
        <w:t>Артикул LD-04340. Исполнение Светло-серая керамика. Страна производства Беларусь (BY).</w:t>
      </w:r>
    </w:p>
    <w:p>
      <w:r>
        <w:t>Ваза служит для размещения цветов и оформления полки или стола. Материалы: Керамика. В этом исполнении используется цвет «Светло-серая керамика». Размер товара: Ø 16 × 26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LD-VASE-0272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LD-04340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Светло-серая 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Светло-серая 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Беларусь (BY)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Формавель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Перед первым использованием промойте изделие и тщательно высушите.</w:t>
      </w:r>
    </w:p>
    <w:p>
      <w:pPr>
        <w:pStyle w:val="Heading1"/>
      </w:pPr>
      <w:r>
        <w:t>Уход и хранение</w:t>
      </w:r>
    </w:p>
    <w:p>
      <w:r>
        <w:t>Перед длительным хранением очистите и полностью высушите изделие.</w:t>
      </w:r>
    </w:p>
    <w:p>
      <w:r>
        <w:t>Используйте мягкую губку и нейтральное моющее средство; избегайте абразивов и резких перепадов температуры.</w:t>
      </w:r>
    </w:p>
    <w:p>
      <w:pPr>
        <w:pStyle w:val="Heading1"/>
      </w:pPr>
      <w:r>
        <w:t>Упаковка</w:t>
      </w:r>
    </w:p>
    <w:p>
      <w:r>
        <w:t>В упаковке 1 шт. Размер упаковки 22 × 22 × 32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LD-04340    Беларусь (BY)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LD-04340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