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0268»</w:t>
      </w:r>
    </w:p>
    <w:p>
      <w:r>
        <w:t>Артикул LD-04279. Исполнение Дымчато-синий. Страна производства Канада (CA).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