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0268»</w:t>
      </w:r>
    </w:p>
    <w:p>
      <w:r>
        <w:t>Артикул LD-04277. Исполнение Дуб и синий металл. Страна производства Германия (DE).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LD-ORGANIZER-0268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LD-04277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LD-04277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LD-04277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