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0267»</w:t>
      </w:r>
    </w:p>
    <w:p>
      <w:r>
        <w:t>Артикул LD-04272.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