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Набор столовых приборов «К столу 0266»</w:t>
      </w:r>
    </w:p>
    <w:p>
      <w:r>
        <w:t>Артикул LD-04256. Исполнение Сталь и синие ручки. Страна производства Россия (RU).</w:t>
      </w:r>
    </w:p>
    <w:p>
      <w:r>
        <w:t>Набор столовых приборов предназначен для ежедневной сервировки стола. Материалы: Нержавеющая сталь. В этом исполнении используется цвет «Сталь и синие ручки». Размер товара: 16 предметов.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LD-CUTLERY-0266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LD-04256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Сталь и синие ручки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Сталь и синие ручки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Россия (RU)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Кухмело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Нержавеющая сталь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Перед первым использованием промойте изделие и тщательно высушите.</w:t>
      </w:r>
    </w:p>
    <w:p>
      <w:pPr>
        <w:pStyle w:val="Heading1"/>
      </w:pPr>
      <w:r>
        <w:t>Уход и хранение</w:t>
      </w:r>
    </w:p>
    <w:p>
      <w:r>
        <w:t>Перед длительным хранением очистите и полностью высушите изделие.</w:t>
      </w:r>
    </w:p>
    <w:p>
      <w:r>
        <w:t>Используйте мягкую губку и нейтральное моющее средство; избегайте абразивов и резких перепадов температуры.</w:t>
      </w:r>
    </w:p>
    <w:p>
      <w:r>
        <w:t>Возможность машинного мытья проверяйте по строке характеристик выбранного исполнения.</w:t>
      </w:r>
    </w:p>
    <w:p>
      <w:pPr>
        <w:pStyle w:val="Heading1"/>
      </w:pPr>
      <w:r>
        <w:t>Упаковка</w:t>
      </w:r>
    </w:p>
    <w:p>
      <w:r>
        <w:t>В упаковке 1 шт. Размер упаковки 30 × 24 × 7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LD-04256    Россия (RU)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LD-04256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