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0263»</w:t>
      </w:r>
    </w:p>
    <w:p>
      <w:r>
        <w:t>Артикул LD-04203.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