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0261»</w:t>
      </w:r>
    </w:p>
    <w:p>
      <w:r>
        <w:t>Артикул LD-04163.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LD-04163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LD-04163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LD-04163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