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0259»</w:t>
      </w:r>
    </w:p>
    <w:p>
      <w:r>
        <w:t>Артикул LD-04130.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LD-KETTLE-0259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