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0026»</w:t>
      </w:r>
    </w:p>
    <w:p>
      <w:r>
        <w:t>Артикул LD-00413.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