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0258»</w:t>
      </w:r>
    </w:p>
    <w:p>
      <w:r>
        <w:t>Артикул LD-04113.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