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0253»</w:t>
      </w:r>
    </w:p>
    <w:p>
      <w:r>
        <w:t>Артикул LD-04034.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