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0250»</w:t>
      </w:r>
    </w:p>
    <w:p>
      <w:r>
        <w:t>Артикул LD-03995. Исполнение Дуб и голубой циферблат. Страна производства Япония (JP).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LD-03995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LD-03995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