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0249»</w:t>
      </w:r>
    </w:p>
    <w:p>
      <w:r>
        <w:t>Артикул LD-03979.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LD-CLOCK-0249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LD-03979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LD-03979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LD-03979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