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0246»</w:t>
      </w:r>
    </w:p>
    <w:p>
      <w:r>
        <w:t>Артикул LD-03926. Исполнение Синяя клетка. Страна производства Россия (RU).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LD-BLANKET-0246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LD-03926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LD-03926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LD-03926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