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0244»</w:t>
      </w:r>
    </w:p>
    <w:p>
      <w:r>
        <w:t>Артикул LD-03899. Исполнение Дуб и голубой циферблат. Страна производства Канада (CA).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LD-03899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