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0242»</w:t>
      </w:r>
    </w:p>
    <w:p>
      <w:r>
        <w:t>Артикул LD-03865. Исполнение Светло-голубой. Страна производства Япония (JP).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LD-TOASTER-0242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LD-03865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LD-03865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LD-03865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