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0241»</w:t>
      </w:r>
    </w:p>
    <w:p>
      <w:r>
        <w:t>Артикул LD-03850. Исполнение Светло-голубой. Страна производства Япония (JP).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