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0240»</w:t>
      </w:r>
    </w:p>
    <w:p>
      <w:r>
        <w:t>Артикул LD-03831. Исполнение Дымчато-синий. Страна производства Китай (CN).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LD-FLOOR-LAMP-0240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LD-03831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LD-03831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LD-03831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