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0239»</w:t>
      </w:r>
    </w:p>
    <w:p>
      <w:r>
        <w:t>Артикул LD-03815. Исполнение Дымчато-синий. Страна производства Беларусь (BY).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