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0238»</w:t>
      </w:r>
    </w:p>
    <w:p>
      <w:r>
        <w:t>Артикул LD-03805. Исполнение Ротанг и голубая подкладка. Страна производства Япония (JP).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LD-BASKET-0238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LD-03805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LD-03805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LD-03805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