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0003»</w:t>
      </w:r>
    </w:p>
    <w:p>
      <w:r>
        <w:t>Артикул LD-00038. Исполнение Синяя клетка. Страна производства Италия (IT).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LD-BLANKET-0003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LD-00038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LD-00038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LD-00038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