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0231»</w:t>
      </w:r>
    </w:p>
    <w:p>
      <w:r>
        <w:t>Артикул LD-03684. Исполнение Светло-серая керамика. Страна производства Канада (CA).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LD-03684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