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Плед «Объятие 0224»</w:t>
      </w:r>
    </w:p>
    <w:p>
      <w:r>
        <w:t>Артикул LD-03574. Исполнение Синяя клетка. Страна производства Польша (PL).</w:t>
      </w:r>
    </w:p>
    <w:p>
      <w:r>
        <w:t>Плед подходит для отдыха дома и оформления дивана или кресла. Материалы: Хлопок, шерсть. В этом исполнении используется цвет «Синяя клетка». Размер товара: 140 × 200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LD-BLANKET-0224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LD-03574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Синяя клетка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Хлопок, шерсть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42 × 34 × 12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LD-03574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LD-03574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