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0222»</w:t>
      </w:r>
    </w:p>
    <w:p>
      <w:r>
        <w:t>Артикул LD-03552.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LD-03552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LD-03552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