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0218»</w:t>
      </w:r>
    </w:p>
    <w:p>
      <w:r>
        <w:t>Артикул LD-03481. Исполнение Светло-голубой. Страна производства Китай (CN).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LD-TOASTER-0218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LD-03481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LD-03481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LD-03481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