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0216»</w:t>
      </w:r>
    </w:p>
    <w:p>
      <w:r>
        <w:t>Артикул LD-03455. Исполнение Серо-синий в полоску. Страна производства Япония (JP).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LD-CUSHION-0216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LD-03455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LD-03455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LD-03455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