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0216»</w:t>
      </w:r>
    </w:p>
    <w:p>
      <w:r>
        <w:t>Артикул LD-03448.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