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0209»</w:t>
      </w:r>
    </w:p>
    <w:p>
      <w:r>
        <w:t>Артикул LD-03337.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LD-03337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