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0205»</w:t>
      </w:r>
    </w:p>
    <w:p>
      <w:r>
        <w:t>Артикул LD-03280. Исполнение Сталь и синие ручки. Страна производства Япония (JP).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LD-03280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