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Органайзер «Порядок 0194»</w:t>
      </w:r>
    </w:p>
    <w:p>
      <w:r>
        <w:t>Артикул LD-03093. Исполнение Дуб и синий металл. Страна производства Италия (IT).</w:t>
      </w:r>
    </w:p>
    <w:p>
      <w:r>
        <w:t>Настольный органайзер помогает хранить мелкие предметы в отдельных отделениях. Материалы: Дуб, шпон, металл. В этом исполнении используется цвет «Дуб и синий металл». Размер товара: 32 × 24 × 12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LD-ORGANIZER-0194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LD-03093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Дуб и синий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Ордено Дом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Дуб, шпон, 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Разместите изделие на устойчивом основании; при необходимости выполните сборку по комплектной схеме.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Убирайте пыль мягкой тканью; не используйте растворители и абразивные губки.</w:t>
      </w:r>
    </w:p>
    <w:p>
      <w:r>
        <w:t>Избегайте ударов и нагрузки выше значения в характеристиках.</w:t>
      </w:r>
    </w:p>
    <w:p>
      <w:pPr>
        <w:pStyle w:val="Heading1"/>
      </w:pPr>
      <w:r>
        <w:t>Упаковка</w:t>
      </w:r>
    </w:p>
    <w:p>
      <w:r>
        <w:t>В упаковке 1 шт. Размер упаковки 38 × 30 × 18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LD-03093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LD-03093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