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0193»</w:t>
      </w:r>
    </w:p>
    <w:p>
      <w:r>
        <w:t>Артикул LD-03079. Исполнение Дымчато-синий. Страна производства Польша (PL).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LD-03079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LD-03079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