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0193»</w:t>
      </w:r>
    </w:p>
    <w:p>
      <w:r>
        <w:t>Артикул LD-03078. Исполнение Синяя клетка. Страна производства Италия (IT).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LD-03078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LD-03078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LD-03078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