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0193»</w:t>
      </w:r>
    </w:p>
    <w:p>
      <w:r>
        <w:t>Артикул LD-03075. Исполнение Серо-синяя обивка. Страна производства Беларусь (BY).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LD-CHAIR-0193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LD-03075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LD-03075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LD-03075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