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0193»</w:t>
      </w:r>
    </w:p>
    <w:p>
      <w:r>
        <w:t>Артикул LD-03074. Исполнение Светло-голубой. Страна производства Канада (CA).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