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0191»</w:t>
      </w:r>
    </w:p>
    <w:p>
      <w:r>
        <w:t>Артикул LD-03044.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LD-03044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