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0190»</w:t>
      </w:r>
    </w:p>
    <w:p>
      <w:r>
        <w:t>Артикул LD-03036.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LD-03036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LD-03036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LD-03036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