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0190»</w:t>
      </w:r>
    </w:p>
    <w:p>
      <w:r>
        <w:t>Артикул LD-03033. Исполнение Светло-голубой. Страна производства Италия (IT).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LD-TOASTER-0190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LD-03033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LD-03033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LD-03033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