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0188»</w:t>
      </w:r>
    </w:p>
    <w:p>
      <w:r>
        <w:t>Артикул LD-03007.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